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60339" w14:textId="77777777" w:rsidR="00B17F67" w:rsidRDefault="005454BD">
      <w:pPr>
        <w:jc w:val="center"/>
      </w:pPr>
      <w:r>
        <w:rPr>
          <w:b/>
          <w:sz w:val="28"/>
        </w:rPr>
        <w:t>CONSILIUL PROFESORAL AL ȘCOLII GIMNAZIALE LOPADEA NOUĂ</w:t>
      </w:r>
    </w:p>
    <w:p w14:paraId="4B96637E" w14:textId="7D004161" w:rsidR="00B17F67" w:rsidRDefault="005454BD">
      <w:pPr>
        <w:jc w:val="both"/>
      </w:pPr>
      <w:r>
        <w:t xml:space="preserve">            </w:t>
      </w:r>
      <w:r>
        <w:t>Consiliul profesoral este format din totalitatea cadrelor didactice din unitatea de învățământ.</w:t>
      </w:r>
    </w:p>
    <w:p w14:paraId="7B46A470" w14:textId="77777777" w:rsidR="005454BD" w:rsidRDefault="005454BD">
      <w:pPr>
        <w:jc w:val="center"/>
        <w:rPr>
          <w:b/>
          <w:sz w:val="24"/>
        </w:rPr>
      </w:pPr>
      <w:r>
        <w:rPr>
          <w:b/>
          <w:sz w:val="24"/>
        </w:rPr>
        <w:t xml:space="preserve">Componență </w:t>
      </w:r>
    </w:p>
    <w:p w14:paraId="6373C50B" w14:textId="1CC9767F" w:rsidR="00B17F67" w:rsidRDefault="005454BD">
      <w:pPr>
        <w:jc w:val="center"/>
      </w:pPr>
      <w:r>
        <w:rPr>
          <w:b/>
          <w:sz w:val="24"/>
        </w:rPr>
        <w:t xml:space="preserve"> An </w:t>
      </w:r>
      <w:r>
        <w:rPr>
          <w:b/>
          <w:sz w:val="24"/>
        </w:rPr>
        <w:t xml:space="preserve"> școlar 2026–2027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3969"/>
        <w:gridCol w:w="2948"/>
        <w:gridCol w:w="1871"/>
      </w:tblGrid>
      <w:tr w:rsidR="00B17F67" w14:paraId="2AE4513B" w14:textId="77777777">
        <w:trPr>
          <w:tblHeader/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5B22E4" w14:textId="77777777" w:rsidR="00B17F67" w:rsidRDefault="005454BD">
            <w:pPr>
              <w:jc w:val="center"/>
            </w:pPr>
            <w:r>
              <w:rPr>
                <w:b/>
                <w:sz w:val="20"/>
              </w:rPr>
              <w:t>Nr. crt.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67440" w14:textId="77777777" w:rsidR="00B17F67" w:rsidRDefault="005454BD">
            <w:pPr>
              <w:jc w:val="center"/>
            </w:pPr>
            <w:r>
              <w:rPr>
                <w:b/>
                <w:sz w:val="20"/>
              </w:rPr>
              <w:t>Numele și prenumele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6729F" w14:textId="77777777" w:rsidR="00B17F67" w:rsidRDefault="005454BD">
            <w:pPr>
              <w:jc w:val="center"/>
            </w:pPr>
            <w:r>
              <w:rPr>
                <w:b/>
                <w:sz w:val="20"/>
              </w:rPr>
              <w:t>Funcția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82085" w14:textId="77777777" w:rsidR="00B17F67" w:rsidRDefault="005454BD">
            <w:pPr>
              <w:jc w:val="center"/>
            </w:pPr>
            <w:r>
              <w:rPr>
                <w:b/>
                <w:sz w:val="20"/>
              </w:rPr>
              <w:t>Calitatea</w:t>
            </w:r>
          </w:p>
        </w:tc>
      </w:tr>
      <w:tr w:rsidR="00B17F67" w14:paraId="3841C8AA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0CFFC8" w14:textId="77777777" w:rsidR="00B17F67" w:rsidRDefault="005454BD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BD49BD" w14:textId="77777777" w:rsidR="00B17F67" w:rsidRDefault="005454BD">
            <w:r>
              <w:rPr>
                <w:sz w:val="19"/>
              </w:rPr>
              <w:t>Gilyen Henrieta-Sidonia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C2A655" w14:textId="77777777" w:rsidR="00B17F67" w:rsidRDefault="005454BD">
            <w:r>
              <w:rPr>
                <w:sz w:val="19"/>
              </w:rPr>
              <w:t>director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740070" w14:textId="77777777" w:rsidR="00B17F67" w:rsidRDefault="005454BD">
            <w:pPr>
              <w:jc w:val="center"/>
            </w:pPr>
            <w:r>
              <w:rPr>
                <w:sz w:val="19"/>
              </w:rPr>
              <w:t>Președinte</w:t>
            </w:r>
          </w:p>
        </w:tc>
      </w:tr>
      <w:tr w:rsidR="00B17F67" w14:paraId="578F975D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BC04E3" w14:textId="77777777" w:rsidR="00B17F67" w:rsidRDefault="005454BD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145E38" w14:textId="77777777" w:rsidR="00B17F67" w:rsidRDefault="005454BD">
            <w:r>
              <w:rPr>
                <w:sz w:val="19"/>
              </w:rPr>
              <w:t>Moga Andreea-Diana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6F5773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A86BB" w14:textId="77777777" w:rsidR="00B17F67" w:rsidRDefault="005454BD">
            <w:pPr>
              <w:jc w:val="center"/>
            </w:pPr>
            <w:r>
              <w:rPr>
                <w:sz w:val="19"/>
              </w:rPr>
              <w:t>Secretar</w:t>
            </w:r>
          </w:p>
        </w:tc>
      </w:tr>
      <w:tr w:rsidR="00B17F67" w14:paraId="2F151169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EA60C" w14:textId="77777777" w:rsidR="00B17F67" w:rsidRDefault="005454BD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24FD57" w14:textId="77777777" w:rsidR="00B17F67" w:rsidRDefault="005454BD">
            <w:r>
              <w:rPr>
                <w:sz w:val="19"/>
              </w:rPr>
              <w:t>Molnár Melinda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7CA6B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BD6694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23BA26BE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9B439" w14:textId="77777777" w:rsidR="00B17F67" w:rsidRDefault="005454BD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3C8B2" w14:textId="77777777" w:rsidR="00B17F67" w:rsidRDefault="005454BD">
            <w:r>
              <w:rPr>
                <w:sz w:val="19"/>
              </w:rPr>
              <w:t>Szilaghi-Székely Melinda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73447" w14:textId="77777777" w:rsidR="00B17F67" w:rsidRDefault="005454BD">
            <w:r>
              <w:rPr>
                <w:sz w:val="19"/>
              </w:rPr>
              <w:t>profesor învățământ primar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D3294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D9AAFF0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D0BBC" w14:textId="77777777" w:rsidR="00B17F67" w:rsidRDefault="005454BD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7F46D" w14:textId="77777777" w:rsidR="00B17F67" w:rsidRDefault="005454BD">
            <w:r>
              <w:rPr>
                <w:sz w:val="19"/>
              </w:rPr>
              <w:t>Demeter Enikő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8DE3A" w14:textId="77777777" w:rsidR="00B17F67" w:rsidRDefault="005454BD">
            <w:r>
              <w:rPr>
                <w:sz w:val="19"/>
              </w:rPr>
              <w:t>profesor învățământ primar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122ECF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2ED9D32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5C6406" w14:textId="77777777" w:rsidR="00B17F67" w:rsidRDefault="005454BD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763237" w14:textId="77777777" w:rsidR="00B17F67" w:rsidRDefault="005454BD">
            <w:r>
              <w:rPr>
                <w:sz w:val="19"/>
              </w:rPr>
              <w:t>Kőllő Éva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714186" w14:textId="77777777" w:rsidR="00B17F67" w:rsidRDefault="005454BD">
            <w:r>
              <w:rPr>
                <w:sz w:val="19"/>
              </w:rPr>
              <w:t>profesor învățământ primar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B677B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574BB98E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453E4" w14:textId="77777777" w:rsidR="00B17F67" w:rsidRDefault="005454BD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032BAC" w14:textId="77777777" w:rsidR="00B17F67" w:rsidRDefault="005454BD">
            <w:r>
              <w:rPr>
                <w:sz w:val="19"/>
              </w:rPr>
              <w:t>Ocnean Delia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F10CA" w14:textId="77777777" w:rsidR="00B17F67" w:rsidRDefault="005454BD">
            <w:r>
              <w:rPr>
                <w:sz w:val="19"/>
              </w:rPr>
              <w:t>profesor învățământ primar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41523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773F0576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1A4E43" w14:textId="77777777" w:rsidR="00B17F67" w:rsidRDefault="005454BD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9135D" w14:textId="77777777" w:rsidR="00B17F67" w:rsidRDefault="005454BD">
            <w:r>
              <w:rPr>
                <w:sz w:val="19"/>
              </w:rPr>
              <w:t>Lőrincz Ildikó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8CB60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8EEDA1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D70805B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1871D" w14:textId="77777777" w:rsidR="00B17F67" w:rsidRDefault="005454BD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693821" w14:textId="77777777" w:rsidR="00B17F67" w:rsidRDefault="005454BD">
            <w:r>
              <w:rPr>
                <w:sz w:val="19"/>
              </w:rPr>
              <w:t>Holom Veronica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B2699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4A8E6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E03A23A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90631" w14:textId="77777777" w:rsidR="00B17F67" w:rsidRDefault="005454BD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6F4531" w14:textId="77777777" w:rsidR="00B17F67" w:rsidRDefault="005454BD">
            <w:r>
              <w:rPr>
                <w:sz w:val="19"/>
              </w:rPr>
              <w:t>Turzai Zsolt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BE35E7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6B53C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FB36C02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36656" w14:textId="77777777" w:rsidR="00B17F67" w:rsidRDefault="005454BD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9ADDB" w14:textId="77777777" w:rsidR="00B17F67" w:rsidRDefault="005454BD">
            <w:r>
              <w:rPr>
                <w:sz w:val="19"/>
              </w:rPr>
              <w:t>Tătar Cristina Lidia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FA8BC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F93001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DDA6276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353CE" w14:textId="77777777" w:rsidR="00B17F67" w:rsidRDefault="005454BD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F2DFD3" w14:textId="77777777" w:rsidR="00B17F67" w:rsidRDefault="005454BD">
            <w:r>
              <w:rPr>
                <w:sz w:val="19"/>
              </w:rPr>
              <w:t>Alexa Laura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818142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8B87C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F0EE09E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00148B" w14:textId="77777777" w:rsidR="00B17F67" w:rsidRDefault="005454BD">
            <w:pPr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103DE" w14:textId="77777777" w:rsidR="00B17F67" w:rsidRDefault="005454BD">
            <w:r>
              <w:rPr>
                <w:sz w:val="19"/>
              </w:rPr>
              <w:t>Mocan Felicia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E40BA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5FAB0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6D1B8D20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BED75" w14:textId="77777777" w:rsidR="00B17F67" w:rsidRDefault="005454BD">
            <w:pPr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1761A" w14:textId="77777777" w:rsidR="00B17F67" w:rsidRDefault="005454BD">
            <w:r>
              <w:rPr>
                <w:sz w:val="19"/>
              </w:rPr>
              <w:t>Szilágyi Andrei-Levente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FC79B1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D568A0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603EFD32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01FE02" w14:textId="77777777" w:rsidR="00B17F67" w:rsidRDefault="005454BD">
            <w:pPr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A7675" w14:textId="77777777" w:rsidR="00B17F67" w:rsidRDefault="005454BD">
            <w:r>
              <w:rPr>
                <w:sz w:val="19"/>
              </w:rPr>
              <w:t>Indreiu Sebastian Robert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F3747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98714A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087FB4B7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8454C8" w14:textId="77777777" w:rsidR="00B17F67" w:rsidRDefault="005454BD">
            <w:pPr>
              <w:jc w:val="center"/>
            </w:pPr>
            <w:r>
              <w:rPr>
                <w:sz w:val="19"/>
              </w:rPr>
              <w:t>16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B572E4" w14:textId="77777777" w:rsidR="00B17F67" w:rsidRDefault="005454BD">
            <w:r>
              <w:rPr>
                <w:sz w:val="19"/>
              </w:rPr>
              <w:t>Soós Andrei Batori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586F2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6BDE4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09DFE186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47EA3" w14:textId="77777777" w:rsidR="00B17F67" w:rsidRDefault="005454BD">
            <w:pPr>
              <w:jc w:val="center"/>
            </w:pPr>
            <w:r>
              <w:rPr>
                <w:sz w:val="19"/>
              </w:rPr>
              <w:t>17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B08DC" w14:textId="77777777" w:rsidR="00B17F67" w:rsidRDefault="005454BD">
            <w:r>
              <w:rPr>
                <w:sz w:val="19"/>
              </w:rPr>
              <w:t>Cruciu Laura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FAB01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5FF8FC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26CA5955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B7C76" w14:textId="77777777" w:rsidR="00B17F67" w:rsidRDefault="005454BD">
            <w:pPr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2B035" w14:textId="77777777" w:rsidR="00B17F67" w:rsidRDefault="005454BD">
            <w:r>
              <w:rPr>
                <w:sz w:val="19"/>
              </w:rPr>
              <w:t>Bartha Ágnes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6EA61E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E77D9B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01A28BA7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1EA4B" w14:textId="77777777" w:rsidR="00B17F67" w:rsidRDefault="005454BD">
            <w:pPr>
              <w:jc w:val="center"/>
            </w:pPr>
            <w:r>
              <w:rPr>
                <w:sz w:val="19"/>
              </w:rPr>
              <w:t>19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625F8" w14:textId="77777777" w:rsidR="00B17F67" w:rsidRDefault="005454BD">
            <w:r>
              <w:rPr>
                <w:sz w:val="19"/>
              </w:rPr>
              <w:t>Dora Dan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B9C6C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6CA27E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1F6A4A12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42AE8" w14:textId="77777777" w:rsidR="00B17F67" w:rsidRDefault="005454BD">
            <w:pPr>
              <w:jc w:val="center"/>
            </w:pPr>
            <w:r>
              <w:rPr>
                <w:sz w:val="19"/>
              </w:rPr>
              <w:t>20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7EEAB1" w14:textId="77777777" w:rsidR="00B17F67" w:rsidRDefault="005454BD">
            <w:r>
              <w:rPr>
                <w:sz w:val="19"/>
              </w:rPr>
              <w:t>Zsiga Emese Imola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E3029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A8703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6B3FCAA6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84F0F" w14:textId="77777777" w:rsidR="00B17F67" w:rsidRDefault="005454BD">
            <w:pPr>
              <w:jc w:val="center"/>
            </w:pPr>
            <w:r>
              <w:rPr>
                <w:sz w:val="19"/>
              </w:rPr>
              <w:t>21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EDC6F9" w14:textId="77777777" w:rsidR="00B17F67" w:rsidRDefault="005454BD">
            <w:r>
              <w:rPr>
                <w:sz w:val="19"/>
              </w:rPr>
              <w:t>Beian Paula Adriana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6EDBD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0B36BE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33ECF352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E21EB" w14:textId="77777777" w:rsidR="00B17F67" w:rsidRDefault="005454BD">
            <w:pPr>
              <w:jc w:val="center"/>
            </w:pPr>
            <w:r>
              <w:rPr>
                <w:sz w:val="19"/>
              </w:rPr>
              <w:t>22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77DF28" w14:textId="77777777" w:rsidR="00B17F67" w:rsidRDefault="005454BD">
            <w:r>
              <w:rPr>
                <w:sz w:val="19"/>
              </w:rPr>
              <w:t>Horvath Ladislau Alexandru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B8D082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3CFEF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716B8B59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F4F0E" w14:textId="77777777" w:rsidR="00B17F67" w:rsidRDefault="005454BD">
            <w:pPr>
              <w:jc w:val="center"/>
            </w:pPr>
            <w:r>
              <w:rPr>
                <w:sz w:val="19"/>
              </w:rPr>
              <w:t>23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8A3C1" w14:textId="77777777" w:rsidR="00B17F67" w:rsidRDefault="005454BD">
            <w:r>
              <w:rPr>
                <w:sz w:val="19"/>
              </w:rPr>
              <w:t>Boghiu Ecaterina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3EEA85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B7CE20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69B2BA3E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DBA7C" w14:textId="77777777" w:rsidR="00B17F67" w:rsidRDefault="005454BD">
            <w:pPr>
              <w:jc w:val="center"/>
            </w:pPr>
            <w:r>
              <w:rPr>
                <w:sz w:val="19"/>
              </w:rPr>
              <w:t>24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780948" w14:textId="77777777" w:rsidR="00B17F67" w:rsidRDefault="005454BD">
            <w:r>
              <w:rPr>
                <w:sz w:val="19"/>
              </w:rPr>
              <w:t>Kis Clara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08C7A8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029DD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19CC8AA8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FD280" w14:textId="77777777" w:rsidR="00B17F67" w:rsidRDefault="005454BD">
            <w:pPr>
              <w:jc w:val="center"/>
            </w:pPr>
            <w:r>
              <w:rPr>
                <w:sz w:val="19"/>
              </w:rPr>
              <w:t>25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B3EEE" w14:textId="77777777" w:rsidR="00B17F67" w:rsidRDefault="005454BD">
            <w:r>
              <w:rPr>
                <w:sz w:val="19"/>
              </w:rPr>
              <w:t>Feledean Cristina Ioana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8A26C6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E4C93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694A37A7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00E0B" w14:textId="77777777" w:rsidR="00B17F67" w:rsidRDefault="005454BD">
            <w:pPr>
              <w:jc w:val="center"/>
            </w:pPr>
            <w:r>
              <w:rPr>
                <w:sz w:val="19"/>
              </w:rPr>
              <w:t>26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57B2FB" w14:textId="77777777" w:rsidR="00B17F67" w:rsidRDefault="005454BD">
            <w:r>
              <w:rPr>
                <w:sz w:val="19"/>
              </w:rPr>
              <w:t>Szabó Lőrinc Zsombor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7A321C" w14:textId="77777777" w:rsidR="00B17F67" w:rsidRDefault="005454BD">
            <w:r>
              <w:rPr>
                <w:sz w:val="19"/>
              </w:rPr>
              <w:t>profesor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1175E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241BBF5E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5FEF2" w14:textId="77777777" w:rsidR="00B17F67" w:rsidRDefault="005454BD">
            <w:pPr>
              <w:jc w:val="center"/>
            </w:pPr>
            <w:r>
              <w:rPr>
                <w:sz w:val="19"/>
              </w:rPr>
              <w:t>27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27EBB" w14:textId="77777777" w:rsidR="00B17F67" w:rsidRDefault="005454BD">
            <w:r>
              <w:rPr>
                <w:sz w:val="19"/>
              </w:rPr>
              <w:t>Vaidasigan Adriana-Maria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4863A" w14:textId="77777777" w:rsidR="00B17F67" w:rsidRDefault="005454BD">
            <w:r>
              <w:rPr>
                <w:sz w:val="19"/>
              </w:rPr>
              <w:t>educatoare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E450C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70C28005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89431A" w14:textId="77777777" w:rsidR="00B17F67" w:rsidRDefault="005454BD">
            <w:pPr>
              <w:jc w:val="center"/>
            </w:pPr>
            <w:r>
              <w:rPr>
                <w:sz w:val="19"/>
              </w:rPr>
              <w:t>28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02100" w14:textId="77777777" w:rsidR="00B17F67" w:rsidRDefault="005454BD">
            <w:r>
              <w:rPr>
                <w:sz w:val="19"/>
              </w:rPr>
              <w:t>Székely-Bányai Andrea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ECDB2" w14:textId="77777777" w:rsidR="00B17F67" w:rsidRDefault="005454BD">
            <w:r>
              <w:rPr>
                <w:sz w:val="19"/>
              </w:rPr>
              <w:t>profesor educație timpurie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06178E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5BEAC7B8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62D0F" w14:textId="77777777" w:rsidR="00B17F67" w:rsidRDefault="005454BD">
            <w:pPr>
              <w:jc w:val="center"/>
            </w:pPr>
            <w:r>
              <w:rPr>
                <w:sz w:val="19"/>
              </w:rPr>
              <w:t>29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EB925C" w14:textId="77777777" w:rsidR="00B17F67" w:rsidRDefault="005454BD">
            <w:r>
              <w:rPr>
                <w:sz w:val="19"/>
              </w:rPr>
              <w:t>Kis Henrieta-Izolda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A9B47" w14:textId="77777777" w:rsidR="00B17F67" w:rsidRDefault="005454BD">
            <w:r>
              <w:rPr>
                <w:sz w:val="19"/>
              </w:rPr>
              <w:t>profesor educație timpurie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03D40E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59ABB319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CC53E" w14:textId="77777777" w:rsidR="00B17F67" w:rsidRDefault="005454BD">
            <w:pPr>
              <w:jc w:val="center"/>
            </w:pPr>
            <w:r>
              <w:rPr>
                <w:sz w:val="19"/>
              </w:rPr>
              <w:t>30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7CED6" w14:textId="77777777" w:rsidR="00B17F67" w:rsidRDefault="005454BD">
            <w:r>
              <w:rPr>
                <w:sz w:val="19"/>
              </w:rPr>
              <w:t>Sárközi Eszter-Zsuzsa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6D67D" w14:textId="77777777" w:rsidR="00B17F67" w:rsidRDefault="005454BD">
            <w:r>
              <w:rPr>
                <w:sz w:val="19"/>
              </w:rPr>
              <w:t>profesor educație timpurie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CF3EDE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  <w:tr w:rsidR="00B17F67" w14:paraId="2B2BAE39" w14:textId="77777777">
        <w:trPr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2A804" w14:textId="77777777" w:rsidR="00B17F67" w:rsidRDefault="005454BD">
            <w:pPr>
              <w:jc w:val="center"/>
            </w:pPr>
            <w:r>
              <w:rPr>
                <w:sz w:val="19"/>
              </w:rPr>
              <w:t>31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46471" w14:textId="77777777" w:rsidR="00B17F67" w:rsidRDefault="005454BD">
            <w:r>
              <w:rPr>
                <w:sz w:val="19"/>
              </w:rPr>
              <w:t>Molnar Andreea-Susana</w:t>
            </w:r>
          </w:p>
        </w:tc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E055C" w14:textId="77777777" w:rsidR="00B17F67" w:rsidRDefault="005454BD">
            <w:r>
              <w:rPr>
                <w:sz w:val="19"/>
              </w:rPr>
              <w:t>profesor educație timpurie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0911B" w14:textId="77777777" w:rsidR="00B17F67" w:rsidRDefault="005454BD">
            <w:pPr>
              <w:jc w:val="center"/>
            </w:pPr>
            <w:r>
              <w:rPr>
                <w:sz w:val="19"/>
              </w:rPr>
              <w:t>Membru</w:t>
            </w:r>
          </w:p>
        </w:tc>
      </w:tr>
    </w:tbl>
    <w:p w14:paraId="45C78C76" w14:textId="77777777" w:rsidR="00B17F67" w:rsidRDefault="00B17F67"/>
    <w:p w14:paraId="136456D9" w14:textId="77777777" w:rsidR="00B17F67" w:rsidRDefault="005454BD">
      <w:r>
        <w:rPr>
          <w:b/>
          <w:sz w:val="24"/>
        </w:rPr>
        <w:lastRenderedPageBreak/>
        <w:t>Atribuțiile Consiliului Profesoral</w:t>
      </w:r>
    </w:p>
    <w:p w14:paraId="0B647D5B" w14:textId="77777777" w:rsidR="00B17F67" w:rsidRDefault="005454BD">
      <w:pPr>
        <w:jc w:val="both"/>
      </w:pPr>
      <w:r>
        <w:t>Consiliul profesoral are rolul de a analiza, dezbate și decide asupra principalelor aspecte privind activitatea educațională din unitatea de învățământ.</w:t>
      </w:r>
    </w:p>
    <w:p w14:paraId="2929BA37" w14:textId="77777777" w:rsidR="00B17F67" w:rsidRDefault="005454BD">
      <w:r>
        <w:rPr>
          <w:b/>
        </w:rPr>
        <w:t>Atribuții:</w:t>
      </w:r>
    </w:p>
    <w:p w14:paraId="40D9A5A0" w14:textId="77777777" w:rsidR="00B17F67" w:rsidRDefault="005454BD">
      <w:pPr>
        <w:spacing w:after="40"/>
        <w:ind w:left="340" w:hanging="227"/>
        <w:jc w:val="both"/>
      </w:pPr>
      <w:r>
        <w:t>1. analizarea și validarea raportului privind calitatea educației;</w:t>
      </w:r>
    </w:p>
    <w:p w14:paraId="78B3B633" w14:textId="77777777" w:rsidR="00B17F67" w:rsidRDefault="005454BD">
      <w:pPr>
        <w:spacing w:after="40"/>
        <w:ind w:left="340" w:hanging="227"/>
        <w:jc w:val="both"/>
      </w:pPr>
      <w:r>
        <w:t>2. asigurarea calității actului didactic și respectarea eticii profesionale;</w:t>
      </w:r>
    </w:p>
    <w:p w14:paraId="2161C2E2" w14:textId="77777777" w:rsidR="00B17F67" w:rsidRDefault="005454BD">
      <w:pPr>
        <w:spacing w:after="40"/>
        <w:ind w:left="340" w:hanging="227"/>
        <w:jc w:val="both"/>
      </w:pPr>
      <w:r>
        <w:t>3. aprobarea situației școlare anuale și a sancțiunilor disciplinare, conform legislației în vigoare;</w:t>
      </w:r>
    </w:p>
    <w:p w14:paraId="3E7E116C" w14:textId="77777777" w:rsidR="00B17F67" w:rsidRDefault="005454BD">
      <w:pPr>
        <w:spacing w:after="40"/>
        <w:ind w:left="340" w:hanging="227"/>
        <w:jc w:val="both"/>
      </w:pPr>
      <w:r>
        <w:t>4. dezbaterea și avizarea planului de dezvoltare instituțională, a regulamentelor interne și a planului de școlarizare;</w:t>
      </w:r>
    </w:p>
    <w:p w14:paraId="056F345B" w14:textId="77777777" w:rsidR="00B17F67" w:rsidRDefault="005454BD">
      <w:pPr>
        <w:spacing w:after="40"/>
        <w:ind w:left="340" w:hanging="227"/>
        <w:jc w:val="both"/>
      </w:pPr>
      <w:r>
        <w:t>5. propunerea de recompense pentru elevi și cadre didactice, precum și a programelor de formare profesională;</w:t>
      </w:r>
    </w:p>
    <w:p w14:paraId="16382B8D" w14:textId="77777777" w:rsidR="00B17F67" w:rsidRDefault="005454BD">
      <w:pPr>
        <w:spacing w:after="40"/>
        <w:ind w:left="340" w:hanging="227"/>
        <w:jc w:val="both"/>
      </w:pPr>
      <w:r>
        <w:t>6. avizarea ofertei educaționale (inclusiv opționalele/CDEOȘ);</w:t>
      </w:r>
    </w:p>
    <w:p w14:paraId="03EB854F" w14:textId="77777777" w:rsidR="00B17F67" w:rsidRDefault="005454BD">
      <w:pPr>
        <w:spacing w:after="40"/>
        <w:ind w:left="340" w:hanging="227"/>
        <w:jc w:val="both"/>
      </w:pPr>
      <w:r>
        <w:t>7. participarea la stabilirea comisiilor și la îmbunătățirea procesului educațional;</w:t>
      </w:r>
    </w:p>
    <w:p w14:paraId="7D65ED4E" w14:textId="77777777" w:rsidR="00B17F67" w:rsidRDefault="005454BD">
      <w:pPr>
        <w:spacing w:after="40"/>
        <w:ind w:left="340" w:hanging="227"/>
        <w:jc w:val="both"/>
      </w:pPr>
      <w:r>
        <w:t>8. îndeplinirea altor atribuții prevăzute de legislația în vigoare.</w:t>
      </w:r>
    </w:p>
    <w:p w14:paraId="5FCF8159" w14:textId="77777777" w:rsidR="005454BD" w:rsidRDefault="005454BD">
      <w:pPr>
        <w:spacing w:before="200"/>
        <w:jc w:val="right"/>
        <w:rPr>
          <w:b/>
        </w:rPr>
      </w:pPr>
    </w:p>
    <w:p w14:paraId="01DD42CA" w14:textId="77777777" w:rsidR="005454BD" w:rsidRDefault="005454BD">
      <w:pPr>
        <w:spacing w:before="200"/>
        <w:jc w:val="right"/>
        <w:rPr>
          <w:b/>
        </w:rPr>
      </w:pPr>
    </w:p>
    <w:p w14:paraId="4A4DBFB9" w14:textId="36A20D19" w:rsidR="00B17F67" w:rsidRDefault="005454BD">
      <w:pPr>
        <w:spacing w:before="200"/>
        <w:jc w:val="right"/>
      </w:pPr>
      <w:r>
        <w:rPr>
          <w:b/>
        </w:rPr>
        <w:t>DIRECTOR,</w:t>
      </w:r>
      <w:r>
        <w:rPr>
          <w:b/>
        </w:rPr>
        <w:br/>
        <w:t>Prof. Gilyen Henrieta-Sidonia</w:t>
      </w:r>
    </w:p>
    <w:sectPr w:rsidR="00B17F67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5307953">
    <w:abstractNumId w:val="8"/>
  </w:num>
  <w:num w:numId="2" w16cid:durableId="1680816641">
    <w:abstractNumId w:val="6"/>
  </w:num>
  <w:num w:numId="3" w16cid:durableId="562527999">
    <w:abstractNumId w:val="5"/>
  </w:num>
  <w:num w:numId="4" w16cid:durableId="196355763">
    <w:abstractNumId w:val="4"/>
  </w:num>
  <w:num w:numId="5" w16cid:durableId="1275867621">
    <w:abstractNumId w:val="7"/>
  </w:num>
  <w:num w:numId="6" w16cid:durableId="120420655">
    <w:abstractNumId w:val="3"/>
  </w:num>
  <w:num w:numId="7" w16cid:durableId="979068901">
    <w:abstractNumId w:val="2"/>
  </w:num>
  <w:num w:numId="8" w16cid:durableId="465467331">
    <w:abstractNumId w:val="1"/>
  </w:num>
  <w:num w:numId="9" w16cid:durableId="37561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54BD"/>
    <w:rsid w:val="00AA1D8D"/>
    <w:rsid w:val="00B17F67"/>
    <w:rsid w:val="00B47730"/>
    <w:rsid w:val="00CB0664"/>
    <w:rsid w:val="00F260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E2907"/>
  <w14:defaultImageDpi w14:val="300"/>
  <w15:docId w15:val="{18C94122-A299-401B-8018-FA32274F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Szidonia Gilyen</cp:lastModifiedBy>
  <cp:revision>2</cp:revision>
  <dcterms:created xsi:type="dcterms:W3CDTF">2026-09-05T14:58:00Z</dcterms:created>
  <dcterms:modified xsi:type="dcterms:W3CDTF">2026-09-05T14:58:00Z</dcterms:modified>
  <cp:category/>
</cp:coreProperties>
</file>